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חלקי ההצגה העצמית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קצרים וברורים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לאורך המתאים של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עד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100-180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מעניין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להראות משהו שעשיתי שמראה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רק בדפדפן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בנויה מחמישה חלקים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בדף כפתור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בדף כפתור 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דקה עד דקה וחצי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חלק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(שם, כיתה ומשהו קטן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(תחביבים ותחומי עניין הקשורים למגמה)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(משהו שעשיתי שמראה מי 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מושך אותי למגמה או לתוכנית)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אני מקווה ללמוד ולתרום)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חלקי ההצגה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 מעניין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 שמראה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 אני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דפדפן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משפט לכל אחד מחמשת החלקים, באורך כולל של כ-100 עד 180 מילים, בשפה ברורה ואישית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קצר וברור הכולל שם ופרט מעניין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אני, מה מעניין אותי, דוגמה לחוזקה, למה אני כאן, משפט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כ-100 עד 180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בזוגות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שהדוגמה לחוזקה צריכה להיות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התוצאה בקול ולבדוק את משך הזמן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איך בונים הצגה עצמית קצרה לקראת ראיון, חלק אחרי חלק, כדי שהיא תהיה ברורה ומעניינת.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בערך אמורה להימשך ההצגה העצמית כשמדברים אותה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עד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בערך מומלץ שיהיו בהצגה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50-80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100-180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300-400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חלק כותבים על תחביבים ותחומי עניין?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מעניין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אני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החלק 'דוגמה שמראה חוזקה'?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את השם והכיתה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משהו שעשיתי שמראה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למה בוחרים במגמה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ולהגיד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נשמר מה שכותבים בכלי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בדפדפן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נשמר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ההצגה העצמית בנויה מחלק אחד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להשמיע את התוצאה בקול בעזרת כפתור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להעתיק את התוצאה כדי להשתמש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התרגול היא לדבר הכי הרבה זמן שאפשר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חלק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משהו שעשיתי שמראה מי אני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מושך אותי למגמה או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 שמראה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שם, כיתה ומשהו קטן עליי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 אני כאן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אני מקווה ללמוד ולתרום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תחביבים ותחומי עניין הקשורים למגמה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חלקי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אני 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שמראה חוזקה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מעניין אותי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שם, כיתה, ו__________ קטן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המטרה: דקה עד דקה וחצי (בערך 100–180 __________)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שכותבים נשמר רק ב__________ הזה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טיוטה קצרה להצגה העצמית שלכם, לפי חמשת החלקים: מי אני, מה מעניין אותי, דוגמה שמראה חוזקה, למה אני כאן, משפט סיום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שמתאר את 'מי אני'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ההצגה העצמית,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מילים בערך צריכות להיות בהצגה העצמית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ההצגה העצמית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