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חלקי ההצגה העצמית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קצרים וברורים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לאורך המתאים של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עד דקה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100-180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בנויה מחמישה חלקים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בדף כפתור הקראה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חלק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(שם, כיתה ומשהו קטן עליי)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(תחביבים ותחומי עניין הקשורים למגמה)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אני מקווה ללמוד ולתרום)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חלקי ההצגה העצמית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 מעניין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משפט לכל אחד מחמשת החלקים, באורך כולל של כ-100 עד 180 מילים, בשפה ברורה ואישית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קצר וברור הכולל שם ופרט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אני, מה מעניין אותי, דוגמה לחוזקה, למה אני כאן, משפט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כ-100 עד 180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בזוגות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שהדוגמה לחוזקה צריכה להיות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התוצאה בקול ולבדוק את משך הזמן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ההצגה העצמית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איך בונים הצגה עצמית קצרה לקראת ראיון, חלק אחרי חלק, כדי שהיא תהיה ברורה ומעניינת.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משהו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בערך אמורה להימשך ההצגה העצמית כשמדברים אותה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דקה עד דקה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מילים בערך מומלץ שיהיו בהצגה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50-80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100-180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ההצגה העצמית בנויה מחלק אחד ארוך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להשמיע את התוצאה בקול בעזרת כפתור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חלק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אני מקווה ללמוד ולתרום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שם, כיתה ומשהו קטן עליי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משפט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תחביבים ותחומי עניין הקשורים למגמה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חלקי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מעניין אותי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שם, כיתה, ו__________ קטן עליי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טיוטה קצרה להצגה העצמית שלכם, לפי חמשת החלקים: מי אני, מה מעניין אותי, דוגמה שמראה חוזקה, למה אני כאן, משפט סיום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שמתאר את 'מי אני'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חלקי ההצגה העצמית, לפי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ההצגה העצמית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